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יום שישי במחסן המזון</w:t>
      </w:r>
    </w:p>
    <w:p>
      <w:pPr>
        <w:bidi w:val="1"/>
        <w:spacing w:after="40" w:before="0"/>
      </w:pPr>
      <w:r>
        <w:rPr>
          <w:rFonts w:ascii="Arial" w:hAnsi="Arial" w:cs="Arial"/>
          <w:b w:val="0"/>
          <w:color w:val="5D5675"/>
          <w:sz w:val="18"/>
          <w:rtl w:val="1"/>
          <w:szCs w:val="18"/>
        </w:rPr>
        <w:t>כיתה ח׳ · כתבה · 363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יום שישי במחסן המזון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שלושה מאלה: אורז, פסטה, שמן, שימורים, ירקות טריים.  [מילים להדגשה: מה אורזים, שלושה]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בפעם הראשונה שחילקה, אישה אמרה לה שעכשיו תוכל לבשל לילדים שלה ארוחת שבת.  [מילים להדגשה: מה גרם]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לא מצלמים את המשפחות; לא מפרסמים שמות; לא שואלים שאלות מיותרות; משאירים את הסל ליד הדלת כשמבקשים, בלי לחכות לתודה.  [מילים להדגשה: אילו כללים, שניים]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שהעזרה צריכה לשמור על כבוד המקבלים; אסור לגרום להם להרגיש מושפלים או מוצגים, כי הם אנשים כמו כולם ולא "בעיה" שמטפלים בה.  [מילים להדגשה: מה רוצה לומר]</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שאי אפשר לזהות מבחוץ מי זקוק לעזרה; עוני יכול להיות אצל שכנים, אנשים עובדים וילדים שלומדים איתו – כלומר זה לא "אחרים" רחוקים אלא חלק מהקהילה.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גם אם אי אפשר לעזור לכולם, יש ערך להמשיך ולעשות מה שאפשר. המשפט מזכיר לעדן שהמאמץ שלה חשוב, ומונע ממנה להתייאש כשהעזרה לא מספיקה.  [מילים להדגשה: הסבירו, איך עוזר]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עדן באה בהתחלה רק כי חברה שכנעה אותה; תוכנית המעורבות של בית הספר; השינוי אצל יונתן).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14: יום שישי במחסן המזון</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בכל עיר יש משפחות שקשה להן לקנות מספיק אוכל. יש בני נוער שבחרו להקדיש לכך כמה שעות בשבוע. קראו את הכתבה, ושימו לב מה מניע אותם ומה הם לומדים.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יום שישי במחסן המזון</w:t>
            </w:r>
          </w:p>
          <w:p>
            <w:pPr>
              <w:bidi w:val="1"/>
            </w:pPr>
            <w:r>
              <w:rPr>
                <w:rFonts w:ascii="Arial" w:hAnsi="Arial" w:cs="Arial"/>
                <w:b/>
                <w:color w:val="5D5675"/>
                <w:sz w:val="20"/>
                <w:rtl w:val="1"/>
                <w:szCs w:val="20"/>
                <w:bCs/>
              </w:rPr>
              <w:t>כל יום שישי, בשבע בבוקר, מגיעים עשרות בני נוער למחסן גדול באזור התעשייה. הם אורזים ומחלקים מזון למשפחות שזקוקות לעזרה. למה הם קמים כל כך מוקדם?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השעה שבע ורבע, והמחסן כבר רועש. על שולחנות ארוכים מסודרים ארגזים של אורז, פסטה, שמן, שימורים וירקות טריים שנתרמו על ידי חקלאים. ליד כל שולחן עומדים שלושה או ארבעה בני נוער בסינרים כתומים, ואורזים סלים לפי רשימה. "תשעה סלים לשכונה הדרומית, שישה לקשישים שגרים לבד," קוראת רכזת המתנדבים, ומסמנת וי על הלוח.</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הפרויקט פועל כבר שש שנים ביוזמה של עמותה מקומית. בכל שבוע מגיעים סלים לכמאה וחמישים משפחות. רוב העבודה נעשית בידי מתנדבים, ורבים מהם תלמידי חטיבת ביניים ותיכון. חלק מגיעים במסגרת תוכנית מעורבות חברתית של בית הספר, וחלק – פשוט כי רצו.</w:t>
            </w:r>
          </w:p>
          <w:p>
            <w:pPr>
              <w:bidi w:val="1"/>
            </w:pPr>
            <w:r>
              <w:rPr>
                <w:rFonts w:ascii="Arial" w:hAnsi="Arial" w:cs="Arial"/>
                <w:b/>
                <w:color w:val="7A5BD6"/>
                <w:sz w:val="20"/>
                <w:rtl w:val="1"/>
                <w:szCs w:val="20"/>
                <w:bCs/>
              </w:rPr>
              <w:t xml:space="preserve">ג.  </w:t>
            </w:r>
            <w:r>
              <w:rPr>
                <w:rFonts w:ascii="Arial" w:hAnsi="Arial" w:cs="Arial"/>
                <w:b w:val="0"/>
                <w:sz w:val="20"/>
                <w:rtl w:val="1"/>
                <w:szCs w:val="20"/>
              </w:rPr>
              <w:t>עדן, בת 14, מתנדבת כבר שנה. "בהתחלה באתי כי חברה שלי שכנעה אותי," היא מודה. "חשבתי שזה יהיה משעמם. אבל בפעם הראשונה שנסענו לחלק, אישה אחת פתחה את הדלת, ראתה את הסל, ואמרה: 'עכשיו אני יכולה לבשל לילדים שלי ארוחת שבת.' מאז אני לא מפספסת אף יום שישי."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לפי רכזת המתנדבים, אחד הדברים החשובים ביותר הוא שמירה על כבוד. "אנחנו לא מצלמים את המשפחות, לא מפרסמים שמות, ולא שואלים שאלות מיותרות. אנחנו מגיעים, מחייכים, נותנים, ואומרים שבת שלום. מי שמקבל עזרה צריך להרגיש שהוא אדם, לא 'מקרה'." היא מלמדת את המתנדבים החדשים להשאיר את הסל ליד הדלת כשמבקשים זאת, בלי לחכות לתודה.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ההתנדבות משנה גם את המתנדבים. "פתאום אני שם לב כמה אוכל אנחנו זורקים בבית," מספר יונתן, בן 15. "הצעתי לאימא שנקנה פחות ונתכנן יותר. גם התחלתי להבין שלעוני אין 'פרצוף'. המשפחות האלה הן שכנים, אנשים עובדים, ילדים שלומדים איתי בבית ספר." מחקרים מראים שבני נוער שמתנדבים מפתחים אמפתיה, אחריות ותחושת מסוגלות – ההרגשה שהם יכולים להשפיע.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לא הכול פשוט. יש בקרים קרים שבהם קשה לקום, יש ארגזים כבדים, ולפעמים חסר מזון ולא כל משפחה מקבלת את כל מה שהיא צריכה. "זה מתסכל," אומרת עדן. "אתה רוצה לעזור לכולם ולא יכול. אבל הרכזת אמרה לנו משפט שאני חוזרת אליו: 'אנחנו לא יכולים לפתור הכול, אבל אנחנו יכולים לא לוותר.'"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בשעה אחת־עשרה המחסן מתרוקן. הסינרים הכתומים מקופלים, והשולחנות מנוקים. עדן ויונתן יוצאים יחד לתחנת האוטובוס. "מה תעשי עכשיו?" הוא שואל. "אלך הביתה ואעזור לאימא להכין לשבת," היא עונה. "פתאום זה מרגיש לי כמו מתנה."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אורזים בני הנוער בסלים? ציינו שלושה מוצרים.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גרם לעדן להמשיך להתנדב כל יום שישי?</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כללים לשמירה על כבוד המשפחות מונה הרכזת? ציינו שניים.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רוצה הרכזת לומר במשפט "מי שמקבל עזרה צריך להרגיש שהוא אדם, לא 'מקרה'"?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מדברי יונתן "לעוני אין 'פרצוף'"?</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"אנחנו לא יכולים לפתור הכול, אבל אנחנו יכולים לא לוותר". איך הוא עוזר לעדן להתמודד עם התסכול?</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שהתנדבות צריכה להיות חובה לכל תלמידי החטיבה, כי כך כולם יכירו את הקהילה וילמדו אחריות. אחרים טוענים שהתנדבות שאינה מרצון מאבדת את המשמעות שלה, ושעדיף לעודד ולא לחייב.</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14 · יום שישי במחסן המזון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14 · יום שישי במחסן המזון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