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יום שישי במחסן המזון</w:t>
      </w:r>
    </w:p>
    <w:p>
      <w:pPr>
        <w:bidi w:val="1"/>
        <w:spacing w:after="40" w:before="0"/>
      </w:pPr>
      <w:r>
        <w:rPr>
          <w:rFonts w:ascii="Arial" w:hAnsi="Arial" w:cs="Arial"/>
          <w:b w:val="0"/>
          <w:color w:val="5D5675"/>
          <w:sz w:val="23"/>
          <w:rtl w:val="1"/>
          <w:szCs w:val="23"/>
        </w:rPr>
        <w:t>כיתה ח׳ · כתבה · 363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יום שישי במחסן המזון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נמצא בסלים? ✔ ב. אורז ושמן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עדן ממשיכה להתנדב? ✔ ב. בגלל משפט של אישה שקיבלה סל</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שהעזרה צריכה לשמור על כבוד המקבלים; אסור לגרום להם להרגיש מושפלים או מוצגים, כי הם אנשים כמו כולם ולא "בעיה" שמטפלים בה.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אם אי אפשר לעזור לכולם, יש ערך להמשיך ולעשות מה שאפשר. המשפט מזכיר לעדן שהמאמץ שלה חשוב, ומונע ממנה להתייאש כשהעזרה לא מספיקה.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עדן באה בהתחלה רק כי חברה שכנעה אותה; תוכנית המעורבות של בית הספר; השינוי אצל יונתן).</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14: יום שישי במחסן המזון</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יום שישי במחסן המזון</w:t>
            </w:r>
          </w:p>
          <w:p>
            <w:pPr>
              <w:bidi w:val="1"/>
            </w:pPr>
            <w:r>
              <w:rPr>
                <w:rFonts w:ascii="Arial" w:hAnsi="Arial" w:cs="Arial"/>
                <w:b/>
                <w:color w:val="5D5675"/>
                <w:sz w:val="26"/>
                <w:rtl w:val="1"/>
                <w:szCs w:val="26"/>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6"/>
                <w:rtl w:val="1"/>
                <w:szCs w:val="26"/>
                <w:bCs/>
              </w:rPr>
              <w:t xml:space="preserve">ג.  </w:t>
            </w:r>
            <w:r>
              <w:rPr>
                <w:rFonts w:ascii="Arial" w:hAnsi="Arial" w:cs="Arial"/>
                <w:b w:val="0"/>
                <w:sz w:val="26"/>
                <w:rtl w:val="1"/>
                <w:szCs w:val="26"/>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6"/>
                <w:rtl w:val="1"/>
                <w:szCs w:val="26"/>
                <w:bCs/>
              </w:rPr>
              <w:t xml:space="preserve">ו.  </w:t>
            </w:r>
            <w:r>
              <w:rPr>
                <w:rFonts w:ascii="Arial" w:hAnsi="Arial" w:cs="Arial"/>
                <w:b w:val="0"/>
                <w:sz w:val="26"/>
                <w:rtl w:val="1"/>
                <w:szCs w:val="26"/>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מחסן     נתרמו     עמותה     מתנדבים     עוני     מסוגלות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נמצא בסלים?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צעצועים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אורז ושמן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בגדים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עדן ממשיכה להתנדב?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זה חובה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בגלל משפט של אישה שקיבלה סל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מקבלים ציון</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הרכזת לומר במשפט "מי שמקבל עזרה צריך להרגיש שהוא אדם, לא 'מקרה'"?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הרכזת רוצה שהמשפחות ירגישו… 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המשפט מזכיר לעדן ש…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14 · יום שישי במחסן המזון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14 · יום שישי במחסן המזון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